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DAD44C" w14:textId="77777777" w:rsidR="00207908" w:rsidRPr="00D911DE" w:rsidRDefault="00000000" w:rsidP="00D911DE">
      <w:pPr>
        <w:spacing w:before="280" w:after="40"/>
        <w:jc w:val="center"/>
        <w:rPr>
          <w:lang w:val="fr-FR"/>
        </w:rPr>
      </w:pPr>
      <w:r w:rsidRPr="00D911DE">
        <w:rPr>
          <w:b/>
          <w:sz w:val="36"/>
          <w:lang w:val="fr-FR"/>
        </w:rPr>
        <w:t>CAHIER DES CHARGES</w:t>
      </w:r>
    </w:p>
    <w:p w14:paraId="0A0F656B" w14:textId="4626195A" w:rsidR="00207908" w:rsidRPr="00D911DE" w:rsidRDefault="00000000" w:rsidP="00D911DE">
      <w:pPr>
        <w:spacing w:after="320"/>
        <w:jc w:val="center"/>
        <w:rPr>
          <w:lang w:val="fr-FR"/>
        </w:rPr>
      </w:pPr>
      <w:r w:rsidRPr="00D911DE">
        <w:rPr>
          <w:sz w:val="26"/>
          <w:lang w:val="fr-FR"/>
        </w:rPr>
        <w:t>Projet de fin d'études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6095"/>
      </w:tblGrid>
      <w:tr w:rsidR="00207908" w14:paraId="66C12610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B26C74" w14:textId="77777777" w:rsidR="00207908" w:rsidRDefault="00000000" w:rsidP="00D911DE">
            <w:pPr>
              <w:spacing w:after="0" w:line="240" w:lineRule="auto"/>
              <w:jc w:val="both"/>
            </w:pPr>
            <w:proofErr w:type="spellStart"/>
            <w:r>
              <w:rPr>
                <w:b/>
                <w:sz w:val="22"/>
              </w:rPr>
              <w:t>Titre</w:t>
            </w:r>
            <w:proofErr w:type="spellEnd"/>
            <w:r>
              <w:rPr>
                <w:b/>
                <w:sz w:val="22"/>
              </w:rPr>
              <w:t xml:space="preserve"> du </w:t>
            </w:r>
            <w:proofErr w:type="spellStart"/>
            <w:r>
              <w:rPr>
                <w:b/>
                <w:sz w:val="22"/>
              </w:rPr>
              <w:t>projet</w:t>
            </w:r>
            <w:proofErr w:type="spellEnd"/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F7428E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408B6986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DE23E8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Nom et prénoms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144AEE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7C1ADBD2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5C0415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Filière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1581A1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6B0BDC68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6FFB6E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Niveau / Promotion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0D7344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40EA3896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113606A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Numéro matricule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F66AC3C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18D41C96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89B492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Encadreur(s)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1E13C53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2E15AB68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597791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Année académique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F4CBDAF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0E7F9BA5" w14:textId="77777777" w:rsidTr="00D911DE">
        <w:trPr>
          <w:trHeight w:val="425"/>
          <w:jc w:val="center"/>
        </w:trPr>
        <w:tc>
          <w:tcPr>
            <w:tcW w:w="2977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5D7D8A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Date de dépôt</w:t>
            </w:r>
          </w:p>
        </w:tc>
        <w:tc>
          <w:tcPr>
            <w:tcW w:w="6095" w:type="dxa"/>
            <w:tcBorders>
              <w:top w:val="single" w:sz="6" w:space="0" w:color="8A8A8A"/>
              <w:left w:val="single" w:sz="6" w:space="0" w:color="8A8A8A"/>
              <w:bottom w:val="single" w:sz="6" w:space="0" w:color="8A8A8A"/>
              <w:right w:val="single" w:sz="6" w:space="0" w:color="8A8A8A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A5D8EB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</w:tbl>
    <w:p w14:paraId="5082CE8D" w14:textId="77777777" w:rsidR="00207908" w:rsidRDefault="00000000" w:rsidP="00D911DE">
      <w:pPr>
        <w:spacing w:before="280" w:after="100"/>
        <w:jc w:val="both"/>
      </w:pPr>
      <w:r>
        <w:rPr>
          <w:b/>
          <w:sz w:val="28"/>
        </w:rPr>
        <w:t xml:space="preserve">Résumé du </w:t>
      </w:r>
      <w:proofErr w:type="spellStart"/>
      <w:r>
        <w:rPr>
          <w:b/>
          <w:sz w:val="28"/>
        </w:rPr>
        <w:t>projet</w:t>
      </w:r>
      <w:proofErr w:type="spellEnd"/>
    </w:p>
    <w:p w14:paraId="453AC73F" w14:textId="77777777" w:rsidR="00207908" w:rsidRPr="00D911DE" w:rsidRDefault="00000000" w:rsidP="00D911DE">
      <w:pPr>
        <w:spacing w:after="80"/>
        <w:jc w:val="both"/>
        <w:rPr>
          <w:lang w:val="fr-FR"/>
        </w:rPr>
      </w:pPr>
      <w:r w:rsidRPr="00D911DE">
        <w:rPr>
          <w:i/>
          <w:lang w:val="fr-FR"/>
        </w:rPr>
        <w:t>En un paragraphe, présenter le problème traité, l'objectif du projet et les principaux résultats ou livrables attendus.</w:t>
      </w:r>
    </w:p>
    <w:p w14:paraId="7AFA956C" w14:textId="77777777" w:rsidR="00207908" w:rsidRPr="00D911DE" w:rsidRDefault="00000000" w:rsidP="00D911DE">
      <w:pPr>
        <w:spacing w:after="80"/>
        <w:jc w:val="both"/>
        <w:rPr>
          <w:lang w:val="fr-FR"/>
        </w:rPr>
      </w:pPr>
      <w:r w:rsidRPr="00D911DE">
        <w:rPr>
          <w:b/>
          <w:lang w:val="fr-FR"/>
        </w:rPr>
        <w:t xml:space="preserve">Problématique : </w:t>
      </w:r>
      <w:r w:rsidRPr="00D911DE">
        <w:rPr>
          <w:i/>
          <w:lang w:val="fr-FR"/>
        </w:rPr>
        <w:t>[à compléter]</w:t>
      </w:r>
    </w:p>
    <w:p w14:paraId="7A4352C2" w14:textId="77777777" w:rsidR="00207908" w:rsidRPr="00D911DE" w:rsidRDefault="00000000" w:rsidP="00D911DE">
      <w:pPr>
        <w:spacing w:after="80"/>
        <w:jc w:val="both"/>
        <w:rPr>
          <w:lang w:val="fr-FR"/>
        </w:rPr>
      </w:pPr>
      <w:r w:rsidRPr="00D911DE">
        <w:rPr>
          <w:b/>
          <w:lang w:val="fr-FR"/>
        </w:rPr>
        <w:t xml:space="preserve">Objectif : </w:t>
      </w:r>
      <w:r w:rsidRPr="00D911DE">
        <w:rPr>
          <w:i/>
          <w:lang w:val="fr-FR"/>
        </w:rPr>
        <w:t>[à compléter]</w:t>
      </w:r>
    </w:p>
    <w:p w14:paraId="03CAC65B" w14:textId="77777777" w:rsidR="00207908" w:rsidRPr="00D911DE" w:rsidRDefault="00000000" w:rsidP="00D911DE">
      <w:pPr>
        <w:spacing w:after="80"/>
        <w:jc w:val="both"/>
        <w:rPr>
          <w:lang w:val="fr-FR"/>
        </w:rPr>
      </w:pPr>
      <w:r w:rsidRPr="00D911DE">
        <w:rPr>
          <w:b/>
          <w:lang w:val="fr-FR"/>
        </w:rPr>
        <w:t xml:space="preserve">Résultat attendu : </w:t>
      </w:r>
      <w:r w:rsidRPr="00D911DE">
        <w:rPr>
          <w:i/>
          <w:lang w:val="fr-FR"/>
        </w:rPr>
        <w:t>[à compléter]</w:t>
      </w:r>
    </w:p>
    <w:p w14:paraId="15283780" w14:textId="77777777" w:rsidR="00207908" w:rsidRPr="00D911DE" w:rsidRDefault="00000000" w:rsidP="00D911DE">
      <w:pPr>
        <w:jc w:val="both"/>
        <w:rPr>
          <w:lang w:val="fr-FR"/>
        </w:rPr>
      </w:pPr>
      <w:r w:rsidRPr="00D911DE">
        <w:rPr>
          <w:lang w:val="fr-FR"/>
        </w:rPr>
        <w:br w:type="page"/>
      </w:r>
    </w:p>
    <w:p w14:paraId="42E5E3F2" w14:textId="77777777" w:rsidR="00207908" w:rsidRPr="00D911DE" w:rsidRDefault="00000000" w:rsidP="00D911DE">
      <w:pPr>
        <w:pStyle w:val="Heading1"/>
        <w:spacing w:before="200" w:after="80"/>
        <w:jc w:val="both"/>
        <w:rPr>
          <w:lang w:val="fr-FR"/>
        </w:rPr>
      </w:pPr>
      <w:r w:rsidRPr="00D911DE">
        <w:rPr>
          <w:rFonts w:ascii="Times New Roman" w:eastAsia="Times New Roman" w:hAnsi="Times New Roman"/>
          <w:lang w:val="fr-FR"/>
        </w:rPr>
        <w:lastRenderedPageBreak/>
        <w:t>1. Introduction</w:t>
      </w:r>
    </w:p>
    <w:p w14:paraId="08668878" w14:textId="77777777" w:rsidR="00207908" w:rsidRPr="00D911DE" w:rsidRDefault="00000000" w:rsidP="00D911DE">
      <w:pPr>
        <w:spacing w:after="100"/>
        <w:jc w:val="both"/>
        <w:rPr>
          <w:lang w:val="fr-FR"/>
        </w:rPr>
      </w:pPr>
      <w:r w:rsidRPr="00D911DE">
        <w:rPr>
          <w:i/>
          <w:lang w:val="fr-FR"/>
        </w:rPr>
        <w:t>Présenter brièvement le sujet, les raisons qui ont conduit à son choix et l'organisation générale du document.</w:t>
      </w:r>
    </w:p>
    <w:p w14:paraId="608E16FE" w14:textId="77777777" w:rsidR="00207908" w:rsidRPr="00D911DE" w:rsidRDefault="00000000" w:rsidP="00D911DE">
      <w:pPr>
        <w:pStyle w:val="Heading1"/>
        <w:spacing w:before="200" w:after="80"/>
        <w:jc w:val="both"/>
        <w:rPr>
          <w:lang w:val="fr-FR"/>
        </w:rPr>
      </w:pPr>
      <w:r w:rsidRPr="00D911DE">
        <w:rPr>
          <w:rFonts w:ascii="Times New Roman" w:eastAsia="Times New Roman" w:hAnsi="Times New Roman"/>
          <w:lang w:val="fr-FR"/>
        </w:rPr>
        <w:t>2. Contexte et problématique</w:t>
      </w:r>
    </w:p>
    <w:p w14:paraId="4614FF57" w14:textId="77777777" w:rsidR="00207908" w:rsidRPr="00D911DE" w:rsidRDefault="00000000" w:rsidP="00D911DE">
      <w:pPr>
        <w:spacing w:after="100"/>
        <w:jc w:val="both"/>
        <w:rPr>
          <w:lang w:val="fr-FR"/>
        </w:rPr>
      </w:pPr>
      <w:r w:rsidRPr="00D911DE">
        <w:rPr>
          <w:i/>
          <w:lang w:val="fr-FR"/>
        </w:rPr>
        <w:t>Décrire le cadre dans lequel s'inscrit le projet (structure d'accueil, domaine, secteur ou public concerné). Faire ressortir le besoin observé et formuler clairement le problème à résoudre.</w:t>
      </w:r>
    </w:p>
    <w:p w14:paraId="2E948A1E" w14:textId="77777777" w:rsidR="00207908" w:rsidRPr="00D911DE" w:rsidRDefault="00000000" w:rsidP="00D911DE">
      <w:pPr>
        <w:pStyle w:val="Heading1"/>
        <w:spacing w:before="200" w:after="80"/>
        <w:jc w:val="both"/>
        <w:rPr>
          <w:lang w:val="fr-FR"/>
        </w:rPr>
      </w:pPr>
      <w:r w:rsidRPr="00D911DE">
        <w:rPr>
          <w:rFonts w:ascii="Times New Roman" w:eastAsia="Times New Roman" w:hAnsi="Times New Roman"/>
          <w:lang w:val="fr-FR"/>
        </w:rPr>
        <w:t>3. Analyse de l'existant</w:t>
      </w:r>
    </w:p>
    <w:p w14:paraId="13836EC1" w14:textId="77777777" w:rsidR="00207908" w:rsidRPr="00D911DE" w:rsidRDefault="00000000" w:rsidP="00D911DE">
      <w:pPr>
        <w:spacing w:after="100"/>
        <w:jc w:val="both"/>
        <w:rPr>
          <w:lang w:val="fr-FR"/>
        </w:rPr>
      </w:pPr>
      <w:r w:rsidRPr="00D911DE">
        <w:rPr>
          <w:i/>
          <w:lang w:val="fr-FR"/>
        </w:rPr>
        <w:t>Présenter les principales solutions, méthodes ou outils déjà disponibles. Indiquer leurs apports, leurs limites et la manière dont le projet proposé se situe par rapport à eux.</w:t>
      </w:r>
    </w:p>
    <w:p w14:paraId="343C8B06" w14:textId="77777777" w:rsidR="00207908" w:rsidRPr="00D911DE" w:rsidRDefault="00000000" w:rsidP="00D911DE">
      <w:pPr>
        <w:pStyle w:val="Heading1"/>
        <w:spacing w:before="200" w:after="80"/>
        <w:jc w:val="both"/>
        <w:rPr>
          <w:lang w:val="fr-FR"/>
        </w:rPr>
      </w:pPr>
      <w:r w:rsidRPr="00D911DE">
        <w:rPr>
          <w:rFonts w:ascii="Times New Roman" w:eastAsia="Times New Roman" w:hAnsi="Times New Roman"/>
          <w:lang w:val="fr-FR"/>
        </w:rPr>
        <w:t>4. Objectifs du projet</w:t>
      </w:r>
    </w:p>
    <w:p w14:paraId="11AE45C4" w14:textId="77777777" w:rsidR="00207908" w:rsidRPr="00D911DE" w:rsidRDefault="00000000" w:rsidP="00D911DE">
      <w:pPr>
        <w:spacing w:after="60"/>
        <w:jc w:val="both"/>
        <w:rPr>
          <w:lang w:val="fr-FR"/>
        </w:rPr>
      </w:pPr>
      <w:r w:rsidRPr="00D911DE">
        <w:rPr>
          <w:i/>
          <w:lang w:val="fr-FR"/>
        </w:rPr>
        <w:t>Formuler d'abord l'objectif général du projet, puis trois à cinq objectifs spécifiques, réalistes et vérifiables.</w:t>
      </w:r>
    </w:p>
    <w:p w14:paraId="65B728D9" w14:textId="77777777" w:rsidR="00207908" w:rsidRDefault="00000000" w:rsidP="00D911DE">
      <w:pPr>
        <w:pStyle w:val="ListBullet"/>
        <w:spacing w:after="40" w:line="259" w:lineRule="auto"/>
        <w:jc w:val="both"/>
      </w:pPr>
      <w:r>
        <w:t xml:space="preserve">Objectif </w:t>
      </w:r>
      <w:proofErr w:type="spellStart"/>
      <w:proofErr w:type="gramStart"/>
      <w:r>
        <w:t>général</w:t>
      </w:r>
      <w:proofErr w:type="spellEnd"/>
      <w:r>
        <w:t xml:space="preserve"> :</w:t>
      </w:r>
      <w:proofErr w:type="gramEnd"/>
      <w:r>
        <w:t xml:space="preserve"> [à compléter]</w:t>
      </w:r>
    </w:p>
    <w:p w14:paraId="3EA6F2F6" w14:textId="77777777" w:rsidR="00207908" w:rsidRDefault="00000000" w:rsidP="00D911DE">
      <w:pPr>
        <w:pStyle w:val="ListBullet"/>
        <w:spacing w:after="60" w:line="259" w:lineRule="auto"/>
        <w:jc w:val="both"/>
      </w:pPr>
      <w:r>
        <w:t>Objectifs spécifiques : [à compléter]</w:t>
      </w:r>
    </w:p>
    <w:p w14:paraId="25C390F3" w14:textId="77777777" w:rsidR="00207908" w:rsidRDefault="00000000" w:rsidP="00D911DE">
      <w:pPr>
        <w:pStyle w:val="Heading1"/>
        <w:spacing w:before="200" w:after="80"/>
        <w:jc w:val="both"/>
      </w:pPr>
      <w:r>
        <w:rPr>
          <w:rFonts w:ascii="Times New Roman" w:eastAsia="Times New Roman" w:hAnsi="Times New Roman"/>
        </w:rPr>
        <w:t>5. Périmètre et livrables</w:t>
      </w:r>
    </w:p>
    <w:p w14:paraId="5A9C7BFD" w14:textId="77777777" w:rsidR="00207908" w:rsidRPr="00D911DE" w:rsidRDefault="00000000" w:rsidP="00D911DE">
      <w:pPr>
        <w:spacing w:after="60"/>
        <w:jc w:val="both"/>
        <w:rPr>
          <w:lang w:val="fr-FR"/>
        </w:rPr>
      </w:pPr>
      <w:r w:rsidRPr="00D911DE">
        <w:rPr>
          <w:i/>
          <w:lang w:val="fr-FR"/>
        </w:rPr>
        <w:t>Préciser ce qui sera effectivement pris en charge, les éventuelles limites du projet et les livrables attendus à la soutenance.</w:t>
      </w:r>
    </w:p>
    <w:p w14:paraId="404D7E37" w14:textId="77777777" w:rsidR="00207908" w:rsidRPr="00D911DE" w:rsidRDefault="00000000" w:rsidP="00D911DE">
      <w:pPr>
        <w:pStyle w:val="ListBullet"/>
        <w:spacing w:after="40" w:line="259" w:lineRule="auto"/>
        <w:jc w:val="both"/>
        <w:rPr>
          <w:lang w:val="fr-FR"/>
        </w:rPr>
      </w:pPr>
      <w:r w:rsidRPr="00D911DE">
        <w:rPr>
          <w:lang w:val="fr-FR"/>
        </w:rPr>
        <w:t>Éléments couverts par le projet : [à compléter]</w:t>
      </w:r>
    </w:p>
    <w:p w14:paraId="77EFCDA2" w14:textId="77777777" w:rsidR="00207908" w:rsidRPr="00D911DE" w:rsidRDefault="00000000" w:rsidP="00D911DE">
      <w:pPr>
        <w:pStyle w:val="ListBullet"/>
        <w:spacing w:after="40" w:line="259" w:lineRule="auto"/>
        <w:jc w:val="both"/>
        <w:rPr>
          <w:lang w:val="fr-FR"/>
        </w:rPr>
      </w:pPr>
      <w:r w:rsidRPr="00D911DE">
        <w:rPr>
          <w:lang w:val="fr-FR"/>
        </w:rPr>
        <w:t>Éléments hors périmètre ou limites : [à compléter]</w:t>
      </w:r>
    </w:p>
    <w:p w14:paraId="45B0AEE5" w14:textId="77777777" w:rsidR="00207908" w:rsidRDefault="00000000" w:rsidP="00D911DE">
      <w:pPr>
        <w:pStyle w:val="ListBullet"/>
        <w:spacing w:after="60" w:line="259" w:lineRule="auto"/>
        <w:jc w:val="both"/>
      </w:pPr>
      <w:proofErr w:type="spellStart"/>
      <w:r>
        <w:t>Livrables</w:t>
      </w:r>
      <w:proofErr w:type="spellEnd"/>
      <w:r>
        <w:t xml:space="preserve"> </w:t>
      </w:r>
      <w:proofErr w:type="spellStart"/>
      <w:proofErr w:type="gramStart"/>
      <w:r>
        <w:t>attendus</w:t>
      </w:r>
      <w:proofErr w:type="spellEnd"/>
      <w:r>
        <w:t xml:space="preserve"> :</w:t>
      </w:r>
      <w:proofErr w:type="gramEnd"/>
      <w:r>
        <w:t xml:space="preserve"> [à compléter]</w:t>
      </w:r>
    </w:p>
    <w:p w14:paraId="26326860" w14:textId="77777777" w:rsidR="00207908" w:rsidRDefault="00000000" w:rsidP="00D911DE">
      <w:pPr>
        <w:jc w:val="both"/>
      </w:pPr>
      <w:r>
        <w:br w:type="page"/>
      </w:r>
    </w:p>
    <w:p w14:paraId="76DAF4E7" w14:textId="77777777" w:rsidR="00207908" w:rsidRDefault="00000000" w:rsidP="00D911DE">
      <w:pPr>
        <w:pStyle w:val="Heading1"/>
        <w:spacing w:before="200" w:after="80"/>
        <w:jc w:val="both"/>
      </w:pPr>
      <w:r>
        <w:rPr>
          <w:rFonts w:ascii="Times New Roman" w:eastAsia="Times New Roman" w:hAnsi="Times New Roman"/>
        </w:rPr>
        <w:lastRenderedPageBreak/>
        <w:t>6. Planning prévisionnel</w:t>
      </w:r>
    </w:p>
    <w:p w14:paraId="48F22D71" w14:textId="77777777" w:rsidR="00207908" w:rsidRDefault="00000000" w:rsidP="00D911DE">
      <w:pPr>
        <w:jc w:val="both"/>
      </w:pPr>
      <w:r w:rsidRPr="00D911DE">
        <w:rPr>
          <w:i/>
          <w:lang w:val="fr-FR"/>
        </w:rPr>
        <w:t xml:space="preserve">Indiquer les principales étapes du travail, leur durée et la période prévue. </w:t>
      </w:r>
      <w:r>
        <w:rPr>
          <w:i/>
        </w:rPr>
        <w:t xml:space="preserve">Les phases </w:t>
      </w:r>
      <w:proofErr w:type="spellStart"/>
      <w:r>
        <w:rPr>
          <w:i/>
        </w:rPr>
        <w:t>proposées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peuvent</w:t>
      </w:r>
      <w:proofErr w:type="spellEnd"/>
      <w:r>
        <w:rPr>
          <w:i/>
        </w:rPr>
        <w:t xml:space="preserve"> être adaptées au sujet.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07908" w14:paraId="16A4BBE7" w14:textId="77777777">
        <w:trPr>
          <w:tblHeader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C614B5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Phase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151044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Activité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1DB022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Durée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FAE15E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2"/>
              </w:rPr>
              <w:t>Période</w:t>
            </w:r>
          </w:p>
        </w:tc>
      </w:tr>
      <w:tr w:rsidR="00207908" w:rsidRPr="00D911DE" w14:paraId="5B50C98E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C93DD9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1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B5678C2" w14:textId="77777777" w:rsidR="00207908" w:rsidRPr="00D911DE" w:rsidRDefault="00000000" w:rsidP="00D911DE">
            <w:pPr>
              <w:spacing w:after="0" w:line="240" w:lineRule="auto"/>
              <w:jc w:val="both"/>
              <w:rPr>
                <w:lang w:val="fr-FR"/>
              </w:rPr>
            </w:pPr>
            <w:r w:rsidRPr="00D911DE">
              <w:rPr>
                <w:sz w:val="21"/>
                <w:lang w:val="fr-FR"/>
              </w:rPr>
              <w:t>Analyse du besoin et spécifications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639CE4" w14:textId="77777777" w:rsidR="00207908" w:rsidRPr="00D911DE" w:rsidRDefault="00207908" w:rsidP="00D911DE">
            <w:pPr>
              <w:spacing w:after="0" w:line="240" w:lineRule="auto"/>
              <w:jc w:val="both"/>
              <w:rPr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86BEC1" w14:textId="77777777" w:rsidR="00207908" w:rsidRPr="00D911DE" w:rsidRDefault="00207908" w:rsidP="00D911DE">
            <w:pPr>
              <w:spacing w:after="0" w:line="240" w:lineRule="auto"/>
              <w:jc w:val="both"/>
              <w:rPr>
                <w:lang w:val="fr-FR"/>
              </w:rPr>
            </w:pPr>
          </w:p>
        </w:tc>
      </w:tr>
      <w:tr w:rsidR="00207908" w14:paraId="43FF98E4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5512573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2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1696F3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sz w:val="21"/>
              </w:rPr>
              <w:t>Conception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EA9D0E0" w14:textId="77777777" w:rsidR="00207908" w:rsidRDefault="00207908" w:rsidP="00D911DE">
            <w:pPr>
              <w:spacing w:after="0" w:line="240" w:lineRule="auto"/>
              <w:jc w:val="both"/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BF1118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20D74DAA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F992E22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3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8B96E1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sz w:val="21"/>
              </w:rPr>
              <w:t>Développement / réalisation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282F58" w14:textId="77777777" w:rsidR="00207908" w:rsidRDefault="00207908" w:rsidP="00D911DE">
            <w:pPr>
              <w:spacing w:after="0" w:line="240" w:lineRule="auto"/>
              <w:jc w:val="both"/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AD3BAD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6BBFF4E4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CB4939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4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7C50113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sz w:val="21"/>
              </w:rPr>
              <w:t>Tests et validation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C70900" w14:textId="77777777" w:rsidR="00207908" w:rsidRDefault="00207908" w:rsidP="00D911DE">
            <w:pPr>
              <w:spacing w:after="0" w:line="240" w:lineRule="auto"/>
              <w:jc w:val="both"/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DB10955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189D4EEA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22C810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5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761E39B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sz w:val="21"/>
              </w:rPr>
              <w:t>Rédaction du mémoire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658A52" w14:textId="77777777" w:rsidR="00207908" w:rsidRDefault="00207908" w:rsidP="00D911DE">
            <w:pPr>
              <w:spacing w:after="0" w:line="240" w:lineRule="auto"/>
              <w:jc w:val="both"/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7863E7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  <w:tr w:rsidR="00207908" w14:paraId="1C88E35F" w14:textId="77777777">
        <w:trPr>
          <w:trHeight w:val="408"/>
          <w:jc w:val="center"/>
        </w:trPr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5E9311C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b/>
                <w:sz w:val="21"/>
              </w:rPr>
              <w:t>Phase 6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0DF1AA" w14:textId="77777777" w:rsidR="00207908" w:rsidRDefault="00000000" w:rsidP="00D911DE">
            <w:pPr>
              <w:spacing w:after="0" w:line="240" w:lineRule="auto"/>
              <w:jc w:val="both"/>
            </w:pPr>
            <w:r>
              <w:rPr>
                <w:sz w:val="21"/>
              </w:rPr>
              <w:t>Préparation de la soutenance</w:t>
            </w: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FCCF37" w14:textId="77777777" w:rsidR="00207908" w:rsidRDefault="00207908" w:rsidP="00D911DE">
            <w:pPr>
              <w:spacing w:after="0" w:line="240" w:lineRule="auto"/>
              <w:jc w:val="both"/>
            </w:pPr>
          </w:p>
        </w:tc>
        <w:tc>
          <w:tcPr>
            <w:tcW w:w="22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A63D41" w14:textId="77777777" w:rsidR="00207908" w:rsidRDefault="00207908" w:rsidP="00D911DE">
            <w:pPr>
              <w:spacing w:after="0" w:line="240" w:lineRule="auto"/>
              <w:jc w:val="both"/>
            </w:pPr>
          </w:p>
        </w:tc>
      </w:tr>
    </w:tbl>
    <w:p w14:paraId="4A87779F" w14:textId="77777777" w:rsidR="00207908" w:rsidRDefault="00000000" w:rsidP="00D911DE">
      <w:pPr>
        <w:pStyle w:val="Heading1"/>
        <w:spacing w:before="200" w:after="80"/>
        <w:jc w:val="both"/>
      </w:pPr>
      <w:r>
        <w:rPr>
          <w:rFonts w:ascii="Times New Roman" w:eastAsia="Times New Roman" w:hAnsi="Times New Roman"/>
        </w:rPr>
        <w:t>7. Ressources nécessaires</w:t>
      </w:r>
    </w:p>
    <w:p w14:paraId="4A04ECDF" w14:textId="77777777" w:rsidR="00207908" w:rsidRPr="00D911DE" w:rsidRDefault="00000000" w:rsidP="00D911DE">
      <w:pPr>
        <w:spacing w:after="60"/>
        <w:jc w:val="both"/>
        <w:rPr>
          <w:lang w:val="fr-FR"/>
        </w:rPr>
      </w:pPr>
      <w:r w:rsidRPr="00D911DE">
        <w:rPr>
          <w:i/>
          <w:lang w:val="fr-FR"/>
        </w:rPr>
        <w:t>Présenter uniquement les ressources réellement utiles à la réalisation du projet.</w:t>
      </w:r>
    </w:p>
    <w:p w14:paraId="3A00063F" w14:textId="77777777" w:rsidR="00207908" w:rsidRPr="00D911DE" w:rsidRDefault="00000000" w:rsidP="00D911DE">
      <w:pPr>
        <w:pStyle w:val="ListBullet"/>
        <w:spacing w:after="40" w:line="259" w:lineRule="auto"/>
        <w:jc w:val="both"/>
        <w:rPr>
          <w:lang w:val="fr-FR"/>
        </w:rPr>
      </w:pPr>
      <w:r w:rsidRPr="00D911DE">
        <w:rPr>
          <w:lang w:val="fr-FR"/>
        </w:rPr>
        <w:t>Ressources matérielles : équipements, dispositifs, serveurs, jeux de données, etc.</w:t>
      </w:r>
    </w:p>
    <w:p w14:paraId="2DFC738F" w14:textId="77777777" w:rsidR="00207908" w:rsidRPr="00D911DE" w:rsidRDefault="00000000" w:rsidP="00D911DE">
      <w:pPr>
        <w:pStyle w:val="ListBullet"/>
        <w:spacing w:after="40" w:line="259" w:lineRule="auto"/>
        <w:jc w:val="both"/>
        <w:rPr>
          <w:lang w:val="fr-FR"/>
        </w:rPr>
      </w:pPr>
      <w:r w:rsidRPr="00D911DE">
        <w:rPr>
          <w:lang w:val="fr-FR"/>
        </w:rPr>
        <w:t>Ressources logicielles : logiciels, bibliothèques, licences, services cloud, API, etc.</w:t>
      </w:r>
    </w:p>
    <w:p w14:paraId="48E9F22A" w14:textId="77777777" w:rsidR="00207908" w:rsidRPr="00D911DE" w:rsidRDefault="00000000" w:rsidP="00D911DE">
      <w:pPr>
        <w:pStyle w:val="ListBullet"/>
        <w:spacing w:after="80" w:line="259" w:lineRule="auto"/>
        <w:jc w:val="both"/>
        <w:rPr>
          <w:lang w:val="fr-FR"/>
        </w:rPr>
      </w:pPr>
      <w:r w:rsidRPr="00D911DE">
        <w:rPr>
          <w:lang w:val="fr-FR"/>
        </w:rPr>
        <w:t>Ressources humaines : encadreurs, personnes-ressources, utilisateurs ou experts à consulter.</w:t>
      </w:r>
    </w:p>
    <w:p w14:paraId="51FC1E75" w14:textId="77777777" w:rsidR="00207908" w:rsidRPr="00D911DE" w:rsidRDefault="00000000" w:rsidP="00D911DE">
      <w:pPr>
        <w:pStyle w:val="Heading1"/>
        <w:spacing w:before="200" w:after="80"/>
        <w:jc w:val="both"/>
        <w:rPr>
          <w:lang w:val="fr-FR"/>
        </w:rPr>
      </w:pPr>
      <w:r w:rsidRPr="00D911DE">
        <w:rPr>
          <w:rFonts w:ascii="Times New Roman" w:eastAsia="Times New Roman" w:hAnsi="Times New Roman"/>
          <w:lang w:val="fr-FR"/>
        </w:rPr>
        <w:t>8. Références bibliographiques</w:t>
      </w:r>
    </w:p>
    <w:p w14:paraId="5029493E" w14:textId="77777777" w:rsidR="00207908" w:rsidRPr="00D911DE" w:rsidRDefault="00000000" w:rsidP="00D911DE">
      <w:pPr>
        <w:spacing w:after="60"/>
        <w:jc w:val="both"/>
        <w:rPr>
          <w:lang w:val="fr-FR"/>
        </w:rPr>
      </w:pPr>
      <w:r w:rsidRPr="00D911DE">
        <w:rPr>
          <w:i/>
          <w:lang w:val="fr-FR"/>
        </w:rPr>
        <w:t>Lister les références utilisées pour préparer le cahier des charges : articles, ouvrages, rapports, normes, sites institutionnels et documentations techniques.</w:t>
      </w:r>
    </w:p>
    <w:p w14:paraId="5AEBA816" w14:textId="77777777" w:rsidR="00207908" w:rsidRDefault="00000000" w:rsidP="00D911DE">
      <w:pPr>
        <w:spacing w:after="0"/>
        <w:jc w:val="both"/>
      </w:pPr>
      <w:r w:rsidRPr="00D911DE">
        <w:rPr>
          <w:i/>
          <w:lang w:val="fr-FR"/>
        </w:rPr>
        <w:t xml:space="preserve">Format indicatif : Auteur(s). Titre. </w:t>
      </w:r>
      <w:r>
        <w:rPr>
          <w:i/>
        </w:rPr>
        <w:t xml:space="preserve">Source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éditeur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année</w:t>
      </w:r>
      <w:proofErr w:type="spellEnd"/>
      <w:r>
        <w:rPr>
          <w:i/>
        </w:rPr>
        <w:t>.</w:t>
      </w:r>
    </w:p>
    <w:sectPr w:rsidR="00207908" w:rsidSect="00034616">
      <w:headerReference w:type="default" r:id="rId8"/>
      <w:footerReference w:type="default" r:id="rId9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B32F89" w14:textId="77777777" w:rsidR="008E6A7C" w:rsidRDefault="008E6A7C">
      <w:pPr>
        <w:spacing w:after="0" w:line="240" w:lineRule="auto"/>
      </w:pPr>
      <w:r>
        <w:separator/>
      </w:r>
    </w:p>
  </w:endnote>
  <w:endnote w:type="continuationSeparator" w:id="0">
    <w:p w14:paraId="01BFB9D7" w14:textId="77777777" w:rsidR="008E6A7C" w:rsidRDefault="008E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B0116" w14:textId="77777777" w:rsidR="00207908" w:rsidRPr="00D911DE" w:rsidRDefault="00000000">
    <w:pPr>
      <w:pStyle w:val="Footer"/>
      <w:jc w:val="center"/>
      <w:rPr>
        <w:lang w:val="fr-FR"/>
      </w:rPr>
    </w:pPr>
    <w:r w:rsidRPr="00D911DE">
      <w:rPr>
        <w:sz w:val="18"/>
        <w:lang w:val="fr-FR"/>
      </w:rPr>
      <w:t xml:space="preserve">IFRI-UAC — Cahier des charges du projet de fin d'études — Page </w:t>
    </w:r>
    <w:r>
      <w:fldChar w:fldCharType="begin"/>
    </w:r>
    <w:r w:rsidRPr="00D911DE">
      <w:rPr>
        <w:lang w:val="fr-FR"/>
      </w:rPr>
      <w:instrText xml:space="preserve"> PAGE </w:instrText>
    </w:r>
    <w:r w:rsidR="00D911DE">
      <w:fldChar w:fldCharType="separate"/>
    </w:r>
    <w:r w:rsidR="00D911DE" w:rsidRPr="00D911DE">
      <w:rPr>
        <w:noProof/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F4D414" w14:textId="77777777" w:rsidR="008E6A7C" w:rsidRDefault="008E6A7C">
      <w:pPr>
        <w:spacing w:after="0" w:line="240" w:lineRule="auto"/>
      </w:pPr>
      <w:r>
        <w:separator/>
      </w:r>
    </w:p>
  </w:footnote>
  <w:footnote w:type="continuationSeparator" w:id="0">
    <w:p w14:paraId="471F68FF" w14:textId="77777777" w:rsidR="008E6A7C" w:rsidRDefault="008E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489C5" w14:textId="77777777" w:rsidR="00207908" w:rsidRPr="00D911DE" w:rsidRDefault="00000000">
    <w:pPr>
      <w:pStyle w:val="Header"/>
      <w:jc w:val="center"/>
      <w:rPr>
        <w:lang w:val="fr-FR"/>
      </w:rPr>
    </w:pPr>
    <w:r w:rsidRPr="00D911DE">
      <w:rPr>
        <w:b/>
        <w:sz w:val="20"/>
        <w:lang w:val="fr-FR"/>
      </w:rPr>
      <w:t>INSTITUT DE FORMATION ET DE RECHERCHE EN INFORMATIQUE (IFRI-UAC)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059162">
    <w:abstractNumId w:val="8"/>
  </w:num>
  <w:num w:numId="2" w16cid:durableId="1844054433">
    <w:abstractNumId w:val="6"/>
  </w:num>
  <w:num w:numId="3" w16cid:durableId="376128725">
    <w:abstractNumId w:val="5"/>
  </w:num>
  <w:num w:numId="4" w16cid:durableId="1299915088">
    <w:abstractNumId w:val="4"/>
  </w:num>
  <w:num w:numId="5" w16cid:durableId="895238357">
    <w:abstractNumId w:val="7"/>
  </w:num>
  <w:num w:numId="6" w16cid:durableId="969433407">
    <w:abstractNumId w:val="3"/>
  </w:num>
  <w:num w:numId="7" w16cid:durableId="1300262307">
    <w:abstractNumId w:val="2"/>
  </w:num>
  <w:num w:numId="8" w16cid:durableId="229661659">
    <w:abstractNumId w:val="1"/>
  </w:num>
  <w:num w:numId="9" w16cid:durableId="4713371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7908"/>
    <w:rsid w:val="0029639D"/>
    <w:rsid w:val="00326F90"/>
    <w:rsid w:val="00545BD7"/>
    <w:rsid w:val="008E6A7C"/>
    <w:rsid w:val="00AA1D8D"/>
    <w:rsid w:val="00B47730"/>
    <w:rsid w:val="00CB0664"/>
    <w:rsid w:val="00D911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4F9FB83"/>
  <w14:defaultImageDpi w14:val="300"/>
  <w15:docId w15:val="{D7CECEFE-48F2-6245-8AFA-2AC6CE68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du projet de fin d'études</dc:title>
  <dc:subject>Modèle IFRI-UAC</dc:subject>
  <dc:creator>IFRI-UAC</dc:creator>
  <cp:keywords>cahier des charges, projet de fin d'études, IFRI-UAC</cp:keywords>
  <dc:description>Version sobre du modèle institutionnel</dc:description>
  <cp:lastModifiedBy>Ratheil Houndji</cp:lastModifiedBy>
  <cp:revision>2</cp:revision>
  <dcterms:created xsi:type="dcterms:W3CDTF">2013-12-23T23:15:00Z</dcterms:created>
  <dcterms:modified xsi:type="dcterms:W3CDTF">2026-08-14T00:13:00Z</dcterms:modified>
  <cp:category/>
</cp:coreProperties>
</file>